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64FF1" w14:textId="77777777" w:rsidR="009F2232" w:rsidRDefault="00572728">
      <w:pPr>
        <w:pStyle w:val="Title"/>
      </w:pPr>
      <w:r>
        <w:t>BLNT Job Description</w:t>
      </w:r>
    </w:p>
    <w:p w14:paraId="0525DC25" w14:textId="77777777" w:rsidR="009F2232" w:rsidRDefault="00572728">
      <w:r>
        <w:rPr>
          <w:b/>
        </w:rPr>
        <w:t>Female Personal Assistant – BLNT</w:t>
      </w:r>
    </w:p>
    <w:p w14:paraId="187B3A35" w14:textId="77777777" w:rsidR="009F2232" w:rsidRDefault="00572728">
      <w:r>
        <w:t>Location: Wallsend, North Tyneside</w:t>
      </w:r>
    </w:p>
    <w:p w14:paraId="4A74B0A9" w14:textId="77777777" w:rsidR="009F2232" w:rsidRDefault="00572728">
      <w:r>
        <w:t>Hours: 8–16 hours per week, with additional holiday and sickness cover available</w:t>
      </w:r>
    </w:p>
    <w:p w14:paraId="61A126EE" w14:textId="0098A65B" w:rsidR="00A56B0B" w:rsidRDefault="00A56B0B">
      <w:r>
        <w:t>Monday: 4:45pm – 7:45pm</w:t>
      </w:r>
    </w:p>
    <w:p w14:paraId="79AA2014" w14:textId="7DA943F6" w:rsidR="009F2232" w:rsidRDefault="00572728">
      <w:r>
        <w:t>Tuesday: 11.30am–8pm</w:t>
      </w:r>
    </w:p>
    <w:p w14:paraId="0E9D938F" w14:textId="77777777" w:rsidR="009F2232" w:rsidRDefault="00572728">
      <w:r>
        <w:t>Thursday: 8.15am–4.45pm, although a slightly later start may be possible</w:t>
      </w:r>
    </w:p>
    <w:p w14:paraId="4D385447" w14:textId="742A4A4B" w:rsidR="00A56B0B" w:rsidRDefault="00A56B0B"/>
    <w:p w14:paraId="4E3284D4" w14:textId="77777777" w:rsidR="009F2232" w:rsidRDefault="00572728">
      <w:r>
        <w:t>Rate of pay: £14.05 per hour</w:t>
      </w:r>
    </w:p>
    <w:p w14:paraId="031E957B" w14:textId="77777777" w:rsidR="009F2232" w:rsidRDefault="00572728">
      <w:r>
        <w:t>All shifts over 6 hours include a 30-minute unpaid lunch break.</w:t>
      </w:r>
    </w:p>
    <w:p w14:paraId="475948B4" w14:textId="77777777" w:rsidR="009F2232" w:rsidRDefault="00572728">
      <w:r>
        <w:t>Driver essential.</w:t>
      </w:r>
    </w:p>
    <w:p w14:paraId="47470400" w14:textId="77777777" w:rsidR="009F2232" w:rsidRDefault="00572728">
      <w:pPr>
        <w:pStyle w:val="Heading1"/>
      </w:pPr>
      <w:r>
        <w:t>Job Purpose</w:t>
      </w:r>
    </w:p>
    <w:p w14:paraId="0A713FFB" w14:textId="77777777" w:rsidR="009F2232" w:rsidRDefault="00572728">
      <w:r>
        <w:t>To provide practical, visual and social support that enables the employer to live independently, manage a busy family life and take part in the activities she chooses. The role is about enabling the employer to do the things she wants and needs to do, rather than taking over.</w:t>
      </w:r>
    </w:p>
    <w:p w14:paraId="35B03AB4" w14:textId="77777777" w:rsidR="009F2232" w:rsidRDefault="00572728">
      <w:pPr>
        <w:pStyle w:val="Heading1"/>
      </w:pPr>
      <w:r>
        <w:t>About the Employer and Family</w:t>
      </w:r>
    </w:p>
    <w:p w14:paraId="44C8DFE9" w14:textId="77777777" w:rsidR="009F2232" w:rsidRDefault="00572728">
      <w:r>
        <w:t>I am a woman in my 40s who is severely sight impaired and neurodivergent, with autism and ADHD. I am very independent, but I need practical and visual assistance with many social, domestic and everyday activities that would be difficult or unsafe for me to undertake without support.</w:t>
      </w:r>
    </w:p>
    <w:p w14:paraId="6942C349" w14:textId="77777777" w:rsidR="009F2232" w:rsidRDefault="00572728">
      <w:r>
        <w:t>I live with my two children, my guide dog and our pet dog. We are a busy, active and outdoorsy household and there is usually a lot going on. I live life at quite a fast pace and can have several things happening at once, so I need someone who is energetic, adaptable, organised and comfortable working in a lively family environment.</w:t>
      </w:r>
    </w:p>
    <w:p w14:paraId="414AB8F6" w14:textId="77777777" w:rsidR="009F2232" w:rsidRDefault="00572728">
      <w:r>
        <w:t>I am chatty and enjoy a good conversation. Chatting while we work is an important part of how I communicate and build a good working relationship. The role is therefore both practical and sociable: we will generally be getting things done, but I want someone who enjoys working alongside me and becoming part of our everyday routine.</w:t>
      </w:r>
    </w:p>
    <w:p w14:paraId="6AA68F5B" w14:textId="77777777" w:rsidR="009F2232" w:rsidRDefault="00572728">
      <w:r>
        <w:t>As a family we enjoy long dog walks, the woods, beaches, country parks and National Trust properties. We also enjoy swimming, trampolining, soft play, baking, gardening, shopping, coffee and cake, days out and activities organised for visually impaired children. Weekends and school holidays can involve a wide variety of activities and days out.</w:t>
      </w:r>
    </w:p>
    <w:p w14:paraId="12D675AC" w14:textId="77777777" w:rsidR="009F2232" w:rsidRDefault="00572728">
      <w:pPr>
        <w:pStyle w:val="Heading1"/>
      </w:pPr>
      <w:r>
        <w:lastRenderedPageBreak/>
        <w:t>The Nature of the Role</w:t>
      </w:r>
    </w:p>
    <w:p w14:paraId="486CF245" w14:textId="77777777" w:rsidR="009F2232" w:rsidRDefault="00572728">
      <w:r>
        <w:t>This is a varied, hands-on and physically active PA role. It is not a quiet cleaning job and it is not a role where there is generally a lot of sitting around between tasks.</w:t>
      </w:r>
    </w:p>
    <w:p w14:paraId="1697100B" w14:textId="77777777" w:rsidR="009F2232" w:rsidRDefault="00572728">
      <w:r>
        <w:t>I have a set number of support hours and need to fit into those hours the things I cannot do independently. When you are working, we are therefore generally getting things done. The pace can be busy, but the expectation is not that you rush constantly; it is that you are practical, willing to get stuck in and able to work efficiently alongside me.</w:t>
      </w:r>
    </w:p>
    <w:p w14:paraId="3C4F3AB5" w14:textId="77777777" w:rsidR="009F2232" w:rsidRDefault="00572728">
      <w:r>
        <w:t>Typical days may include household jobs, food shopping, visual assistance, long dog walks, school runs, children's activities, appointments, errands and driving. The exact combination will vary.</w:t>
      </w:r>
    </w:p>
    <w:p w14:paraId="468BFAE2" w14:textId="77777777" w:rsidR="009F2232" w:rsidRDefault="00572728">
      <w:r>
        <w:t>Walking is a significant part of my everyday life. A typical Thursday will usually include a walk of at least 5km lasting around 1–1.5 hours. This is a normal part of the role rather than an occasional activity, so you need to genuinely enjoy walking and be physically able to keep up with an active lifestyle.</w:t>
      </w:r>
    </w:p>
    <w:p w14:paraId="032494BC" w14:textId="77777777" w:rsidR="009F2232" w:rsidRDefault="00572728">
      <w:r>
        <w:t>The role also involves everyday lifting and carrying, such as shopping bags, boxes and occasionally children's bikes or scooters. From time to time there may be practical jobs such as taking household waste and recycling to the local recycling centre. I am happy to do heavier lifting myself, but I may need you to guide me safely around the site and carry lighter items where needed.</w:t>
      </w:r>
    </w:p>
    <w:p w14:paraId="2D6AA19A" w14:textId="77777777" w:rsidR="009F2232" w:rsidRDefault="00572728">
      <w:r>
        <w:t>For example, if we are approaching a situation where I need sighted guidance, I may need you to recognise this and offer your arm or otherwise provide the appropriate guidance without waiting for me to ask. You should be aware of my surroundings and anticipate when visual information or practical assistance may be needed, while communicating clearly with me.</w:t>
      </w:r>
    </w:p>
    <w:p w14:paraId="6EC6585A" w14:textId="77777777" w:rsidR="009F2232" w:rsidRDefault="00572728">
      <w:r>
        <w:t>Using initiative is particularly important when we are out and about. Because I cannot see what is around me, I cannot always know when there is an obstacle, a change in the environment or something useful that I need to know about. I need a PA who will actively notice and tell me what is happening rather than waiting for me to ask.</w:t>
      </w:r>
    </w:p>
    <w:p w14:paraId="4A386982" w14:textId="77777777" w:rsidR="009F2232" w:rsidRDefault="00572728">
      <w:r>
        <w:t>This means you will have clear guidance about the household tasks that need doing. I value someone who can work independently within that framework, ask questions when needed and let me know if something needs prioritising.</w:t>
      </w:r>
    </w:p>
    <w:p w14:paraId="713480F5" w14:textId="77777777" w:rsidR="009F2232" w:rsidRDefault="00572728">
      <w:r>
        <w:t>I use a daily task list and a weekly household task list so that PAs have clear guidance about what needs to be done. Daily tasks are ticked off as they are completed, while the weekly list can be referred to throughout the week so that household tasks are shared consistently across the PA team.</w:t>
      </w:r>
    </w:p>
    <w:p w14:paraId="064423F4" w14:textId="77777777" w:rsidR="009F2232" w:rsidRDefault="00572728">
      <w:pPr>
        <w:pStyle w:val="Heading1"/>
      </w:pPr>
      <w:r>
        <w:t>How Household Tasks Are Organised</w:t>
      </w:r>
    </w:p>
    <w:p w14:paraId="7F23FF4F" w14:textId="77777777" w:rsidR="009F2232" w:rsidRDefault="00572728">
      <w:pPr>
        <w:pStyle w:val="Heading1"/>
      </w:pPr>
      <w:r>
        <w:t>Visual Assistance and Sighted Guide Support</w:t>
      </w:r>
    </w:p>
    <w:p w14:paraId="23067855" w14:textId="77777777" w:rsidR="009F2232" w:rsidRDefault="00572728">
      <w:r>
        <w:t>Because I am severely visually impaired, visual assistance is a central part of the role. When we are out and about, you will often be acting as a pair of eyes for me.</w:t>
      </w:r>
    </w:p>
    <w:p w14:paraId="4A430775" w14:textId="77777777" w:rsidR="009F2232" w:rsidRDefault="00572728">
      <w:r>
        <w:t>I may be working my guide dog, but I still need clear verbal information about obstacles, floor surfaces, steps, kerbs, changes in level, people, moving objects and changes to my surroundings. In some situations I will need or want to be physically guided by you.</w:t>
      </w:r>
    </w:p>
    <w:p w14:paraId="0881DE49" w14:textId="77777777" w:rsidR="009F2232" w:rsidRDefault="00572728">
      <w:pPr>
        <w:pStyle w:val="ListBullet"/>
      </w:pPr>
      <w:r>
        <w:lastRenderedPageBreak/>
        <w:t>Guide me safely around familiar and unfamiliar environments.</w:t>
      </w:r>
    </w:p>
    <w:p w14:paraId="793954A2" w14:textId="77777777" w:rsidR="009F2232" w:rsidRDefault="00572728">
      <w:pPr>
        <w:pStyle w:val="ListBullet"/>
      </w:pPr>
      <w:r>
        <w:t>Describe obstacles, floor surfaces, steps, kerbs, changes in level and other hazards.</w:t>
      </w:r>
    </w:p>
    <w:p w14:paraId="2770BAF2" w14:textId="77777777" w:rsidR="009F2232" w:rsidRDefault="00572728">
      <w:pPr>
        <w:pStyle w:val="ListBullet"/>
      </w:pPr>
      <w:r>
        <w:t>Remain aware of our surroundings, including in familiar places where layouts or obstacles may have changed.</w:t>
      </w:r>
    </w:p>
    <w:p w14:paraId="2AC0A591" w14:textId="77777777" w:rsidR="009F2232" w:rsidRDefault="00572728">
      <w:pPr>
        <w:pStyle w:val="ListBullet"/>
      </w:pPr>
      <w:r>
        <w:t>Read signs, menus, prices, sell-by dates, labels, post, recipes and other written information aloud.</w:t>
      </w:r>
    </w:p>
    <w:p w14:paraId="3B9C6260" w14:textId="77777777" w:rsidR="009F2232" w:rsidRDefault="00572728">
      <w:pPr>
        <w:pStyle w:val="ListBullet"/>
      </w:pPr>
      <w:r>
        <w:t>Describe visual information during activities, appointments, exercise classes and days out.</w:t>
      </w:r>
    </w:p>
    <w:p w14:paraId="7976C747" w14:textId="77777777" w:rsidR="009F2232" w:rsidRDefault="00572728">
      <w:pPr>
        <w:pStyle w:val="ListBullet"/>
      </w:pPr>
      <w:r>
        <w:t>Let me know about potential safety concerns or hazards such as wet floors, broken glass or objects in my path.</w:t>
      </w:r>
    </w:p>
    <w:p w14:paraId="5CC7D6CB" w14:textId="77777777" w:rsidR="009F2232" w:rsidRDefault="00572728">
      <w:pPr>
        <w:pStyle w:val="ListBullet"/>
      </w:pPr>
      <w:r>
        <w:t>Help me locate dropped items and identify objects I cannot see.</w:t>
      </w:r>
    </w:p>
    <w:p w14:paraId="79880814" w14:textId="77777777" w:rsidR="009F2232" w:rsidRDefault="00572728">
      <w:pPr>
        <w:pStyle w:val="ListBullet"/>
      </w:pPr>
      <w:r>
        <w:t>Assist with visual information about clothing and help me identify suitable outfits.</w:t>
      </w:r>
    </w:p>
    <w:p w14:paraId="72AADB67" w14:textId="77777777" w:rsidR="009F2232" w:rsidRDefault="00572728">
      <w:pPr>
        <w:pStyle w:val="ListBullet"/>
      </w:pPr>
      <w:r>
        <w:t>Where appropriate, provide verbal guidance to my visually impaired child and let me know when I need to hold her hand so that you can guide us both.</w:t>
      </w:r>
    </w:p>
    <w:p w14:paraId="1FAFED3D" w14:textId="77777777" w:rsidR="009F2232" w:rsidRDefault="00572728">
      <w:r>
        <w:t>You need to be confident communicating this information clearly, including in public places. I cannot rely on facial expressions, gestures or body language, so verbalising relevant information is important.</w:t>
      </w:r>
    </w:p>
    <w:p w14:paraId="3B2D0983" w14:textId="77777777" w:rsidR="009F2232" w:rsidRDefault="00572728">
      <w:pPr>
        <w:pStyle w:val="Heading1"/>
      </w:pPr>
      <w:r>
        <w:t>Communication</w:t>
      </w:r>
    </w:p>
    <w:p w14:paraId="49D2C3F3" w14:textId="77777777" w:rsidR="009F2232" w:rsidRDefault="00572728">
      <w:r>
        <w:t>Communication is particularly important in this role. I cannot see facial expressions, gestures or body language, so I may not know that someone is unsure, confused, uncomfortable, needs clarification or wants to raise something unless they tell me.</w:t>
      </w:r>
    </w:p>
    <w:p w14:paraId="35B4278E" w14:textId="77777777" w:rsidR="009F2232" w:rsidRDefault="00572728">
      <w:r>
        <w:t>Please communicate directly and verbally. If you are unsure about what I mean, disagree with something, need help, are uncomfortable with a task or think something needs doing differently, I need you to tell me rather than relying on non-verbal cues.</w:t>
      </w:r>
    </w:p>
    <w:p w14:paraId="5B5E4A1A" w14:textId="77777777" w:rsidR="009F2232" w:rsidRDefault="00572728">
      <w:r>
        <w:t>I am autistic and have ADHD, and I work particularly well with clear, direct and straightforward communication, consistency and predictable routines. Plans and routines can sometimes change, so I also need someone who can remain calm and flexible when that happens.</w:t>
      </w:r>
    </w:p>
    <w:p w14:paraId="4B4DA747" w14:textId="77777777" w:rsidR="009F2232" w:rsidRDefault="00572728">
      <w:r>
        <w:t>You do not need to be neurodivergent, and previous experience is not essential. What matters is that you are comfortable with direct communication, are willing to ask questions and can communicate openly.</w:t>
      </w:r>
    </w:p>
    <w:p w14:paraId="7D1734D8" w14:textId="77777777" w:rsidR="009F2232" w:rsidRDefault="00572728">
      <w:r>
        <w:t>I am friendly and chatty, and I enjoy a good chat while we are working. Building a good working relationship matters to me, so I am looking for someone who is sociable and enjoys working alongside another person rather than someone who prefers to work in silence.</w:t>
      </w:r>
    </w:p>
    <w:p w14:paraId="7E532B71" w14:textId="77777777" w:rsidR="009F2232" w:rsidRDefault="00572728">
      <w:pPr>
        <w:pStyle w:val="Heading1"/>
      </w:pPr>
      <w:r>
        <w:t>Domestic and Household Assistance</w:t>
      </w:r>
    </w:p>
    <w:p w14:paraId="57B67A52" w14:textId="77777777" w:rsidR="009F2232" w:rsidRDefault="00572728">
      <w:r>
        <w:t>A significant part of the role is practical household support. Duties may include:</w:t>
      </w:r>
    </w:p>
    <w:p w14:paraId="0E7F87C4" w14:textId="77777777" w:rsidR="009F2232" w:rsidRDefault="00572728">
      <w:pPr>
        <w:pStyle w:val="ListBullet"/>
      </w:pPr>
      <w:r>
        <w:t>Food shopping, including finding items, checking prices and offers, checking sell-by dates and assessing the quality of fresh food.</w:t>
      </w:r>
    </w:p>
    <w:p w14:paraId="4D8813DD" w14:textId="77777777" w:rsidR="009F2232" w:rsidRDefault="00572728">
      <w:pPr>
        <w:pStyle w:val="ListBullet"/>
      </w:pPr>
      <w:r>
        <w:t>Putting shopping away in the correct places.</w:t>
      </w:r>
    </w:p>
    <w:p w14:paraId="786EDED2" w14:textId="77777777" w:rsidR="009F2232" w:rsidRDefault="00572728">
      <w:pPr>
        <w:pStyle w:val="ListBullet"/>
      </w:pPr>
      <w:r>
        <w:t>Meal preparation, including chopping vegetables, reading recipes, measuring liquids, transferring items between containers and cleaning up afterwards.</w:t>
      </w:r>
    </w:p>
    <w:p w14:paraId="506720D0" w14:textId="77777777" w:rsidR="009F2232" w:rsidRDefault="00572728">
      <w:pPr>
        <w:pStyle w:val="ListBullet"/>
      </w:pPr>
      <w:r>
        <w:t>Washing up and wiping kitchen and dining surfaces so that they are clean and hygienic.</w:t>
      </w:r>
    </w:p>
    <w:p w14:paraId="1F62B597" w14:textId="77777777" w:rsidR="009F2232" w:rsidRDefault="00572728">
      <w:pPr>
        <w:pStyle w:val="ListBullet"/>
      </w:pPr>
      <w:r>
        <w:t>Checking that areas are clean and hygienic and alerting me to anything that needs attention.</w:t>
      </w:r>
    </w:p>
    <w:p w14:paraId="28DD1628" w14:textId="77777777" w:rsidR="009F2232" w:rsidRDefault="00572728">
      <w:pPr>
        <w:pStyle w:val="ListBullet"/>
      </w:pPr>
      <w:r>
        <w:t>Making me aware of household hazards and helping to make areas safe.</w:t>
      </w:r>
    </w:p>
    <w:p w14:paraId="44A7CE21" w14:textId="77777777" w:rsidR="009F2232" w:rsidRDefault="00572728">
      <w:pPr>
        <w:pStyle w:val="ListBullet"/>
      </w:pPr>
      <w:r>
        <w:t>Laundry, including hanging washing out, folding it and putting it away in its exact place.</w:t>
      </w:r>
    </w:p>
    <w:p w14:paraId="749B9A68" w14:textId="77777777" w:rsidR="009F2232" w:rsidRDefault="00572728">
      <w:pPr>
        <w:pStyle w:val="ListBullet"/>
      </w:pPr>
      <w:r>
        <w:lastRenderedPageBreak/>
        <w:t>Changing bedding.</w:t>
      </w:r>
    </w:p>
    <w:p w14:paraId="107F807E" w14:textId="77777777" w:rsidR="009F2232" w:rsidRDefault="00572728">
      <w:pPr>
        <w:pStyle w:val="ListBullet"/>
      </w:pPr>
      <w:r>
        <w:t>Treating stains on clothing and identifying outfits.</w:t>
      </w:r>
    </w:p>
    <w:p w14:paraId="06712D3B" w14:textId="77777777" w:rsidR="009F2232" w:rsidRDefault="00572728">
      <w:pPr>
        <w:pStyle w:val="ListBullet"/>
      </w:pPr>
      <w:r>
        <w:t>Reading post and other written material and filing documents.</w:t>
      </w:r>
    </w:p>
    <w:p w14:paraId="3EE0E08A" w14:textId="77777777" w:rsidR="009F2232" w:rsidRDefault="00572728">
      <w:pPr>
        <w:pStyle w:val="ListBullet"/>
      </w:pPr>
      <w:r>
        <w:t>Organising cupboards, files and household items, with things returned to their exact places so that I can find them independently.</w:t>
      </w:r>
    </w:p>
    <w:p w14:paraId="5412D923" w14:textId="77777777" w:rsidR="009F2232" w:rsidRDefault="00572728">
      <w:pPr>
        <w:pStyle w:val="ListBullet"/>
      </w:pPr>
      <w:r>
        <w:t>Emptying bins and dealing with household waste and recycling.</w:t>
      </w:r>
    </w:p>
    <w:p w14:paraId="7220E6BC" w14:textId="77777777" w:rsidR="009F2232" w:rsidRDefault="00572728">
      <w:pPr>
        <w:pStyle w:val="ListBullet"/>
      </w:pPr>
      <w:r>
        <w:t>General tidying and keeping on top of everyday household jobs.</w:t>
      </w:r>
    </w:p>
    <w:p w14:paraId="73409E06" w14:textId="77777777" w:rsidR="009F2232" w:rsidRDefault="00572728">
      <w:pPr>
        <w:pStyle w:val="ListBullet"/>
      </w:pPr>
      <w:r>
        <w:t>Fetching and carrying items.</w:t>
      </w:r>
    </w:p>
    <w:p w14:paraId="10FB4365" w14:textId="77777777" w:rsidR="009F2232" w:rsidRDefault="00572728">
      <w:pPr>
        <w:pStyle w:val="ListBullet"/>
      </w:pPr>
      <w:r>
        <w:t>Some basic household maintenance, such as changing lightbulbs or unscrewing small screws on items.</w:t>
      </w:r>
    </w:p>
    <w:p w14:paraId="12552CDF" w14:textId="77777777" w:rsidR="009F2232" w:rsidRDefault="00572728">
      <w:pPr>
        <w:pStyle w:val="ListBullet"/>
      </w:pPr>
      <w:r>
        <w:t>Basic gardening, including weeding, watering plants and other practical garden jobs.</w:t>
      </w:r>
    </w:p>
    <w:p w14:paraId="68A71CCF" w14:textId="77777777" w:rsidR="009F2232" w:rsidRDefault="00572728">
      <w:pPr>
        <w:pStyle w:val="ListBullet"/>
      </w:pPr>
      <w:r>
        <w:t>Other reasonable practical household tasks that support me to manage my home and family life.</w:t>
      </w:r>
    </w:p>
    <w:p w14:paraId="6E091B12" w14:textId="77777777" w:rsidR="009F2232" w:rsidRDefault="00572728">
      <w:pPr>
        <w:pStyle w:val="Heading1"/>
      </w:pPr>
      <w:r>
        <w:t>Dogs and Outdoor Activities</w:t>
      </w:r>
    </w:p>
    <w:p w14:paraId="6E6074A0" w14:textId="77777777" w:rsidR="009F2232" w:rsidRDefault="00572728">
      <w:r>
        <w:t>We have two dogs, including my guide dog, so you must be comfortable around dogs and happy to be involved in dog-related tasks.</w:t>
      </w:r>
    </w:p>
    <w:p w14:paraId="05671E55" w14:textId="77777777" w:rsidR="009F2232" w:rsidRDefault="00572728">
      <w:pPr>
        <w:pStyle w:val="ListBullet"/>
      </w:pPr>
      <w:r>
        <w:t>Accompanying me on long dog walks.</w:t>
      </w:r>
    </w:p>
    <w:p w14:paraId="60034E43" w14:textId="77777777" w:rsidR="009F2232" w:rsidRDefault="00572728">
      <w:pPr>
        <w:pStyle w:val="ListBullet"/>
      </w:pPr>
      <w:r>
        <w:t>Providing visual information about where my dog is and what it is doing when needed.</w:t>
      </w:r>
    </w:p>
    <w:p w14:paraId="79DE40B2" w14:textId="77777777" w:rsidR="009F2232" w:rsidRDefault="00572728">
      <w:pPr>
        <w:pStyle w:val="ListBullet"/>
      </w:pPr>
      <w:r>
        <w:t>Supporting me with free-running the dogs where appropriate.</w:t>
      </w:r>
    </w:p>
    <w:p w14:paraId="5E64DD21" w14:textId="77777777" w:rsidR="009F2232" w:rsidRDefault="00572728">
      <w:pPr>
        <w:pStyle w:val="ListBullet"/>
      </w:pPr>
      <w:r>
        <w:t>Helping me navigate safely in outdoor environments.</w:t>
      </w:r>
    </w:p>
    <w:p w14:paraId="5E842D8D" w14:textId="77777777" w:rsidR="009F2232" w:rsidRDefault="00572728">
      <w:r>
        <w:t>We walk a lot, and dogs, children and family activities all contribute to the active nature of the role.</w:t>
      </w:r>
    </w:p>
    <w:p w14:paraId="0FD47003" w14:textId="77777777" w:rsidR="009F2232" w:rsidRDefault="00572728">
      <w:pPr>
        <w:pStyle w:val="Heading1"/>
      </w:pPr>
      <w:r>
        <w:t>Children and Family Life</w:t>
      </w:r>
    </w:p>
    <w:p w14:paraId="63D9EB3E" w14:textId="77777777" w:rsidR="009F2232" w:rsidRDefault="00572728">
      <w:r>
        <w:t>The role is primarily to support me, not to provide childcare or take over parenting my children. I remain their parent and will continue to take the lead in caring for them.</w:t>
      </w:r>
    </w:p>
    <w:p w14:paraId="3A22A6A8" w14:textId="77777777" w:rsidR="009F2232" w:rsidRDefault="00572728">
      <w:r>
        <w:t>If you are working when my children are with me, you may support me to take them to activities of my choice, such as swimming, soft play, National Trust properties, the beach or other days out. You may guide me, describe what my children are doing, help me navigate the environment and provide practical assistance so that I can participate as their parent.</w:t>
      </w:r>
    </w:p>
    <w:p w14:paraId="5E603B8B" w14:textId="77777777" w:rsidR="009F2232" w:rsidRDefault="00572728">
      <w:r>
        <w:t>You will naturally spend time around my children, talk and interact with them and, over time, hopefully build positive relationships with them. Both children may take some time to become comfortable with someone new, so relationships need to be allowed to develop naturally and at their own pace. Patience is important.</w:t>
      </w:r>
    </w:p>
    <w:p w14:paraId="2CD92C66" w14:textId="77777777" w:rsidR="009F2232" w:rsidRDefault="00572728">
      <w:r>
        <w:t>As trust develops there may be occasions when you become a little more involved with them, but this should never be expected or rushed. The important distinction is that you are supporting me to do things with and for my children, rather than stepping in and doing those things instead of me.</w:t>
      </w:r>
    </w:p>
    <w:p w14:paraId="228903EC" w14:textId="77777777" w:rsidR="009F2232" w:rsidRDefault="00572728">
      <w:pPr>
        <w:pStyle w:val="Heading1"/>
      </w:pPr>
      <w:r>
        <w:t>Social Assistance, Activities and Appointments</w:t>
      </w:r>
    </w:p>
    <w:p w14:paraId="7D68376B" w14:textId="77777777" w:rsidR="009F2232" w:rsidRDefault="00572728">
      <w:pPr>
        <w:pStyle w:val="ListBullet"/>
      </w:pPr>
      <w:r>
        <w:t>Guiding me in familiar and unfamiliar places.</w:t>
      </w:r>
    </w:p>
    <w:p w14:paraId="2222F70A" w14:textId="77777777" w:rsidR="009F2232" w:rsidRDefault="00572728">
      <w:pPr>
        <w:pStyle w:val="ListBullet"/>
      </w:pPr>
      <w:r>
        <w:t>Supporting me to socialise with family and friends.</w:t>
      </w:r>
    </w:p>
    <w:p w14:paraId="326BF527" w14:textId="77777777" w:rsidR="009F2232" w:rsidRDefault="00572728">
      <w:pPr>
        <w:pStyle w:val="ListBullet"/>
      </w:pPr>
      <w:r>
        <w:t>Supporting me to attend groups, appointments, meetings and activities.</w:t>
      </w:r>
    </w:p>
    <w:p w14:paraId="72A8ADAF" w14:textId="77777777" w:rsidR="009F2232" w:rsidRDefault="00572728">
      <w:pPr>
        <w:pStyle w:val="ListBullet"/>
      </w:pPr>
      <w:r>
        <w:t>Driving me to appointments, activities, shops and places of my choice.</w:t>
      </w:r>
    </w:p>
    <w:p w14:paraId="4C1C0E95" w14:textId="77777777" w:rsidR="009F2232" w:rsidRDefault="00572728">
      <w:pPr>
        <w:pStyle w:val="ListBullet"/>
      </w:pPr>
      <w:r>
        <w:lastRenderedPageBreak/>
        <w:t>Reading information and assisting with visual information at appointments and meetings.</w:t>
      </w:r>
    </w:p>
    <w:p w14:paraId="6B683548" w14:textId="77777777" w:rsidR="009F2232" w:rsidRDefault="00572728">
      <w:pPr>
        <w:pStyle w:val="ListBullet"/>
      </w:pPr>
      <w:r>
        <w:t>Supporting me to attend exercise classes and describing visual demonstrations or exercises where needed.</w:t>
      </w:r>
    </w:p>
    <w:p w14:paraId="17D0EC1E" w14:textId="77777777" w:rsidR="009F2232" w:rsidRDefault="00572728">
      <w:pPr>
        <w:pStyle w:val="ListBullet"/>
      </w:pPr>
      <w:r>
        <w:t>Reading menus and helping me choose from options.</w:t>
      </w:r>
    </w:p>
    <w:p w14:paraId="44FEF02C" w14:textId="77777777" w:rsidR="009F2232" w:rsidRDefault="00572728">
      <w:pPr>
        <w:pStyle w:val="ListBullet"/>
      </w:pPr>
      <w:r>
        <w:t>Finding safe places for my guide dog in public venues.</w:t>
      </w:r>
    </w:p>
    <w:p w14:paraId="0350A772" w14:textId="77777777" w:rsidR="009F2232" w:rsidRDefault="00572728">
      <w:pPr>
        <w:pStyle w:val="ListBullet"/>
      </w:pPr>
      <w:r>
        <w:t>Supporting me to try new activities.</w:t>
      </w:r>
    </w:p>
    <w:p w14:paraId="483483A0" w14:textId="77777777" w:rsidR="009F2232" w:rsidRDefault="00572728">
      <w:pPr>
        <w:pStyle w:val="ListBullet"/>
      </w:pPr>
      <w:r>
        <w:t>Supporting me on days out, including theatres, cinemas, National Trust properties, beaches and other places I choose.</w:t>
      </w:r>
    </w:p>
    <w:p w14:paraId="21AA6859" w14:textId="77777777" w:rsidR="009F2232" w:rsidRDefault="00572728">
      <w:pPr>
        <w:pStyle w:val="ListBullet"/>
      </w:pPr>
      <w:r>
        <w:t>Helping me manage a busy schedule and move between different activities and tasks throughout the day.</w:t>
      </w:r>
    </w:p>
    <w:p w14:paraId="2171D2EF" w14:textId="77777777" w:rsidR="009F2232" w:rsidRDefault="00572728">
      <w:pPr>
        <w:pStyle w:val="Heading1"/>
      </w:pPr>
      <w:r>
        <w:t>Driving</w:t>
      </w:r>
    </w:p>
    <w:p w14:paraId="26B5E1EF" w14:textId="77777777" w:rsidR="009F2232" w:rsidRDefault="00572728">
      <w:r>
        <w:t>A full UK driving licence and the ability to drive an automatic car are essential. You must be over 25 years old to drive my car for insurance purposes.</w:t>
      </w:r>
    </w:p>
    <w:p w14:paraId="2AA94FC3" w14:textId="77777777" w:rsidR="009F2232" w:rsidRDefault="00572728">
      <w:r>
        <w:t>You will be expected to drive my automatic car to places of my choice, including shops, activities, appointments, days out and other destinations. Confidence driving is therefore important.</w:t>
      </w:r>
    </w:p>
    <w:p w14:paraId="3C65BFAF" w14:textId="77777777" w:rsidR="009F2232" w:rsidRDefault="00572728">
      <w:pPr>
        <w:pStyle w:val="Heading1"/>
      </w:pPr>
      <w:r>
        <w:t>Confidentiality, Trust and Professional Boundaries</w:t>
      </w:r>
    </w:p>
    <w:p w14:paraId="2677803B" w14:textId="77777777" w:rsidR="009F2232" w:rsidRDefault="00572728">
      <w:r>
        <w:t>You will be working in my home and around my family, so trust, confidentiality and professional boundaries are essential.</w:t>
      </w:r>
    </w:p>
    <w:p w14:paraId="517F213D" w14:textId="77777777" w:rsidR="009F2232" w:rsidRDefault="00572728">
      <w:r>
        <w:t>The things you see and hear through your work are private. Information about me, my children, my family, my home and our circumstances must not be discussed outside the working relationship unless there is a legitimate reason to do so.</w:t>
      </w:r>
    </w:p>
    <w:p w14:paraId="152AF7C8" w14:textId="77777777" w:rsidR="009F2232" w:rsidRDefault="00572728">
      <w:r>
        <w:t>This is a friendly and sociable working relationship, and you will become part of our everyday routine. However, I am also your employer, and the professional nature of that relationship needs to be respected.</w:t>
      </w:r>
    </w:p>
    <w:p w14:paraId="2C70663C" w14:textId="77777777" w:rsidR="009F2232" w:rsidRDefault="00572728">
      <w:r>
        <w:t>I need someone who understands the difference between being friendly and becoming involved in matters that are private to my family. Discretion, good judgement and respect for boundaries are essential.</w:t>
      </w:r>
    </w:p>
    <w:p w14:paraId="6F0ED693" w14:textId="77777777" w:rsidR="009F2232" w:rsidRDefault="00572728">
      <w:r>
        <w:t>I also need someone who can receive feedback professionally. If I explain that something needs to be done differently, I need you to be able to discuss it openly, ask questions if necessary and make adjustments without taking reasonable workplace feedback personally.</w:t>
      </w:r>
    </w:p>
    <w:p w14:paraId="274AA9E2" w14:textId="77777777" w:rsidR="009F2232" w:rsidRDefault="00572728">
      <w:pPr>
        <w:pStyle w:val="Heading1"/>
      </w:pPr>
      <w:r>
        <w:t>The Person I Am Looking For</w:t>
      </w:r>
    </w:p>
    <w:p w14:paraId="76640CE7" w14:textId="77777777" w:rsidR="009F2232" w:rsidRDefault="00572728">
      <w:r>
        <w:t>I am looking for someone who is:</w:t>
      </w:r>
    </w:p>
    <w:p w14:paraId="774FF6E5" w14:textId="77777777" w:rsidR="009F2232" w:rsidRDefault="00572728">
      <w:pPr>
        <w:pStyle w:val="ListBullet"/>
      </w:pPr>
      <w:r>
        <w:t>Reliable, dependable and punctual.</w:t>
      </w:r>
    </w:p>
    <w:p w14:paraId="51BFAE7E" w14:textId="77777777" w:rsidR="009F2232" w:rsidRDefault="00572728">
      <w:pPr>
        <w:pStyle w:val="ListBullet"/>
      </w:pPr>
      <w:r>
        <w:t>Trustworthy, discreet and respectful of confidentiality.</w:t>
      </w:r>
    </w:p>
    <w:p w14:paraId="419608FE" w14:textId="77777777" w:rsidR="009F2232" w:rsidRDefault="00572728">
      <w:pPr>
        <w:pStyle w:val="ListBullet"/>
      </w:pPr>
      <w:r>
        <w:t>Friendly, chatty and sociable.</w:t>
      </w:r>
    </w:p>
    <w:p w14:paraId="33E3BD5C" w14:textId="77777777" w:rsidR="009F2232" w:rsidRDefault="00572728">
      <w:pPr>
        <w:pStyle w:val="ListBullet"/>
      </w:pPr>
      <w:r>
        <w:t>Energetic and genuinely comfortable with an active lifestyle.</w:t>
      </w:r>
    </w:p>
    <w:p w14:paraId="42E43808" w14:textId="77777777" w:rsidR="009F2232" w:rsidRDefault="00572728">
      <w:pPr>
        <w:pStyle w:val="ListBullet"/>
      </w:pPr>
      <w:r>
        <w:t>Practical and happy to get stuck into household jobs.</w:t>
      </w:r>
    </w:p>
    <w:p w14:paraId="48465AEE" w14:textId="77777777" w:rsidR="009F2232" w:rsidRDefault="00572728">
      <w:pPr>
        <w:pStyle w:val="ListBullet"/>
      </w:pPr>
      <w:r>
        <w:t>Comfortable with lots of walking and regular physical activity.</w:t>
      </w:r>
    </w:p>
    <w:p w14:paraId="4E1B3600" w14:textId="77777777" w:rsidR="009F2232" w:rsidRDefault="00572728">
      <w:pPr>
        <w:pStyle w:val="ListBullet"/>
      </w:pPr>
      <w:r>
        <w:t>Clear, direct and confident in verbal communication.</w:t>
      </w:r>
    </w:p>
    <w:p w14:paraId="04F37A2A" w14:textId="77777777" w:rsidR="009F2232" w:rsidRDefault="00572728">
      <w:pPr>
        <w:pStyle w:val="ListBullet"/>
      </w:pPr>
      <w:r>
        <w:t>Comfortable communicating in public places.</w:t>
      </w:r>
    </w:p>
    <w:p w14:paraId="0BA260C6" w14:textId="77777777" w:rsidR="009F2232" w:rsidRDefault="00572728">
      <w:pPr>
        <w:pStyle w:val="ListBullet"/>
      </w:pPr>
      <w:r>
        <w:lastRenderedPageBreak/>
        <w:t>Respectful of routines, boundaries and the employer/PA relationship.</w:t>
      </w:r>
    </w:p>
    <w:p w14:paraId="6F67324A" w14:textId="77777777" w:rsidR="009F2232" w:rsidRDefault="00572728">
      <w:pPr>
        <w:pStyle w:val="ListBullet"/>
      </w:pPr>
      <w:r>
        <w:t>Able to take direction while also using initiative.</w:t>
      </w:r>
    </w:p>
    <w:p w14:paraId="65014115" w14:textId="77777777" w:rsidR="009F2232" w:rsidRDefault="00572728">
      <w:pPr>
        <w:pStyle w:val="ListBullet"/>
      </w:pPr>
      <w:r>
        <w:t>Flexible and able to adapt when plans or routines change.</w:t>
      </w:r>
    </w:p>
    <w:p w14:paraId="7C2ABABC" w14:textId="77777777" w:rsidR="009F2232" w:rsidRDefault="00572728">
      <w:pPr>
        <w:pStyle w:val="ListBullet"/>
      </w:pPr>
      <w:r>
        <w:t>Calm and organised in a busy household.</w:t>
      </w:r>
    </w:p>
    <w:p w14:paraId="0E4AC505" w14:textId="77777777" w:rsidR="009F2232" w:rsidRDefault="00572728">
      <w:pPr>
        <w:pStyle w:val="ListBullet"/>
      </w:pPr>
      <w:r>
        <w:t>Comfortable around children and dogs.</w:t>
      </w:r>
    </w:p>
    <w:p w14:paraId="65751B12" w14:textId="77777777" w:rsidR="009F2232" w:rsidRDefault="00572728">
      <w:pPr>
        <w:pStyle w:val="ListBullet"/>
      </w:pPr>
      <w:r>
        <w:t>Patient and willing to allow relationships with the children to develop naturally.</w:t>
      </w:r>
    </w:p>
    <w:p w14:paraId="589C5B9A" w14:textId="77777777" w:rsidR="009F2232" w:rsidRDefault="00572728">
      <w:pPr>
        <w:pStyle w:val="ListBullet"/>
      </w:pPr>
      <w:r>
        <w:t>Able to accept feedback and communicate openly.</w:t>
      </w:r>
    </w:p>
    <w:p w14:paraId="01730987" w14:textId="77777777" w:rsidR="009F2232" w:rsidRDefault="00572728">
      <w:pPr>
        <w:pStyle w:val="ListBullet"/>
      </w:pPr>
      <w:r>
        <w:t>Positive and respectful towards disabled and neurodivergent people.</w:t>
      </w:r>
    </w:p>
    <w:p w14:paraId="354126B5" w14:textId="77777777" w:rsidR="009F2232" w:rsidRDefault="00572728">
      <w:pPr>
        <w:pStyle w:val="ListBullet"/>
      </w:pPr>
      <w:r>
        <w:t>Able to maintain a good sense of humour when family life gets busy!</w:t>
      </w:r>
    </w:p>
    <w:p w14:paraId="1F76BD1B" w14:textId="77777777" w:rsidR="009F2232" w:rsidRDefault="00572728">
      <w:pPr>
        <w:pStyle w:val="Heading1"/>
      </w:pPr>
      <w:r>
        <w:t>Training and Support</w:t>
      </w:r>
    </w:p>
    <w:p w14:paraId="29418180" w14:textId="77777777" w:rsidR="009F2232" w:rsidRDefault="00572728">
      <w:r>
        <w:t>Previous PA experience is not essential. I have been employing Personal Assistants for many years and can provide on-the-job training.</w:t>
      </w:r>
    </w:p>
    <w:p w14:paraId="5111CEAC" w14:textId="77777777" w:rsidR="009F2232" w:rsidRDefault="00572728">
      <w:r>
        <w:t>Visual impairment awareness and sighted guide training will be provided, and I will consider any other relevant training needed for the role.</w:t>
      </w:r>
    </w:p>
    <w:p w14:paraId="33328366" w14:textId="77777777" w:rsidR="009F2232" w:rsidRDefault="00572728">
      <w:r>
        <w:t>Training will also be provided around the practical aspects of supporting me and my family. An understanding of visual impairment, autism and ADHD is helpful but is not essential if you are willing to learn.</w:t>
      </w:r>
    </w:p>
    <w:p w14:paraId="33E7B938" w14:textId="77777777" w:rsidR="009F2232" w:rsidRDefault="00572728">
      <w:pPr>
        <w:pStyle w:val="Heading1"/>
      </w:pPr>
      <w:r>
        <w:t>What You Can Expect From Me</w:t>
      </w:r>
    </w:p>
    <w:p w14:paraId="5BB97907" w14:textId="77777777" w:rsidR="009F2232" w:rsidRDefault="00572728">
      <w:pPr>
        <w:pStyle w:val="ListBullet"/>
      </w:pPr>
      <w:r>
        <w:t>Clear instructions and information about the support I need.</w:t>
      </w:r>
    </w:p>
    <w:p w14:paraId="7564D9A8" w14:textId="77777777" w:rsidR="009F2232" w:rsidRDefault="00572728">
      <w:pPr>
        <w:pStyle w:val="ListBullet"/>
      </w:pPr>
      <w:r>
        <w:t>Training and guidance for the role.</w:t>
      </w:r>
    </w:p>
    <w:p w14:paraId="38FEF340" w14:textId="77777777" w:rsidR="009F2232" w:rsidRDefault="00572728">
      <w:pPr>
        <w:pStyle w:val="ListBullet"/>
      </w:pPr>
      <w:r>
        <w:t>Open and direct communication.</w:t>
      </w:r>
    </w:p>
    <w:p w14:paraId="27C6A369" w14:textId="77777777" w:rsidR="009F2232" w:rsidRDefault="00572728">
      <w:pPr>
        <w:pStyle w:val="ListBullet"/>
      </w:pPr>
      <w:r>
        <w:t>Respect for you as an employee and for your breaks and reasonable boundaries.</w:t>
      </w:r>
    </w:p>
    <w:p w14:paraId="0A77BFBA" w14:textId="77777777" w:rsidR="009F2232" w:rsidRDefault="00572728">
      <w:pPr>
        <w:pStyle w:val="ListBullet"/>
      </w:pPr>
      <w:r>
        <w:t>A friendly, sociable working environment.</w:t>
      </w:r>
    </w:p>
    <w:p w14:paraId="2F02E81C" w14:textId="77777777" w:rsidR="009F2232" w:rsidRDefault="00572728">
      <w:pPr>
        <w:pStyle w:val="ListBullet"/>
      </w:pPr>
      <w:r>
        <w:t>Variety — no two days are necessarily the same.</w:t>
      </w:r>
    </w:p>
    <w:p w14:paraId="1D8F5417" w14:textId="77777777" w:rsidR="009F2232" w:rsidRDefault="00572728">
      <w:pPr>
        <w:pStyle w:val="ListBullet"/>
      </w:pPr>
      <w:r>
        <w:t>Opportunities to be out and about rather than spending the whole shift indoors.</w:t>
      </w:r>
    </w:p>
    <w:p w14:paraId="1E99A8A2" w14:textId="77777777" w:rsidR="009F2232" w:rsidRDefault="00572728">
      <w:pPr>
        <w:pStyle w:val="ListBullet"/>
      </w:pPr>
      <w:r>
        <w:t>A role where your support has a direct and meaningful impact on my independence and family life.</w:t>
      </w:r>
    </w:p>
    <w:p w14:paraId="07E72420" w14:textId="77777777" w:rsidR="009F2232" w:rsidRDefault="00572728">
      <w:pPr>
        <w:pStyle w:val="Heading1"/>
      </w:pPr>
      <w:r>
        <w:t>Breaks</w:t>
      </w:r>
    </w:p>
    <w:p w14:paraId="496187DC" w14:textId="77777777" w:rsidR="009F2232" w:rsidRDefault="00572728">
      <w:r>
        <w:t>Any shift over 6 hours includes a 30-minute unpaid lunch break. During this break I do not require support. The break may sometimes be taken while we are out and about. If the break is taken at my home, my PA can use the kettle, microwave and toaster to heat food or drinks brought from home.</w:t>
      </w:r>
    </w:p>
    <w:p w14:paraId="3DA5F184" w14:textId="77777777" w:rsidR="009F2232" w:rsidRDefault="00572728">
      <w:pPr>
        <w:pStyle w:val="Heading1"/>
      </w:pPr>
      <w:r>
        <w:t>Essential Requirements</w:t>
      </w:r>
    </w:p>
    <w:p w14:paraId="222F32B1" w14:textId="77777777" w:rsidR="009F2232" w:rsidRDefault="00572728">
      <w:pPr>
        <w:pStyle w:val="ListBullet"/>
      </w:pPr>
      <w:r>
        <w:t>Female applicant.</w:t>
      </w:r>
    </w:p>
    <w:p w14:paraId="07B86CB2" w14:textId="77777777" w:rsidR="009F2232" w:rsidRDefault="00572728">
      <w:pPr>
        <w:pStyle w:val="ListBullet"/>
      </w:pPr>
      <w:r>
        <w:t>Full UK driving licence.</w:t>
      </w:r>
    </w:p>
    <w:p w14:paraId="492EAB93" w14:textId="77777777" w:rsidR="009F2232" w:rsidRDefault="00572728">
      <w:pPr>
        <w:pStyle w:val="ListBullet"/>
      </w:pPr>
      <w:r>
        <w:t>Over 25 years old to drive my car, due to insurance requirements.</w:t>
      </w:r>
    </w:p>
    <w:p w14:paraId="1E79081C" w14:textId="77777777" w:rsidR="009F2232" w:rsidRDefault="00572728">
      <w:pPr>
        <w:pStyle w:val="ListBullet"/>
      </w:pPr>
      <w:r>
        <w:t>Able to drive an automatic car confidently.</w:t>
      </w:r>
    </w:p>
    <w:p w14:paraId="2438EE9E" w14:textId="77777777" w:rsidR="009F2232" w:rsidRDefault="00572728">
      <w:pPr>
        <w:pStyle w:val="ListBullet"/>
      </w:pPr>
      <w:r>
        <w:t>Comfortable with regular walking and physical activity.</w:t>
      </w:r>
    </w:p>
    <w:p w14:paraId="3726F213" w14:textId="77777777" w:rsidR="009F2232" w:rsidRDefault="00572728">
      <w:pPr>
        <w:pStyle w:val="ListBullet"/>
      </w:pPr>
      <w:r>
        <w:t>Excellent verbal communication skills.</w:t>
      </w:r>
    </w:p>
    <w:p w14:paraId="6C219219" w14:textId="77777777" w:rsidR="009F2232" w:rsidRDefault="00572728">
      <w:pPr>
        <w:pStyle w:val="ListBullet"/>
      </w:pPr>
      <w:r>
        <w:t>Able to maintain confidentiality and professional boundaries.</w:t>
      </w:r>
    </w:p>
    <w:p w14:paraId="5EEEC90F" w14:textId="77777777" w:rsidR="009F2232" w:rsidRDefault="00572728">
      <w:pPr>
        <w:pStyle w:val="ListBullet"/>
      </w:pPr>
      <w:r>
        <w:lastRenderedPageBreak/>
        <w:t>Comfortable around children and dogs.</w:t>
      </w:r>
    </w:p>
    <w:p w14:paraId="09A42795" w14:textId="77777777" w:rsidR="009F2232" w:rsidRDefault="00572728">
      <w:pPr>
        <w:pStyle w:val="ListBullet"/>
      </w:pPr>
      <w:r>
        <w:t>Reliable and able to work consistently within agreed shifts.</w:t>
      </w:r>
    </w:p>
    <w:p w14:paraId="798F3E84" w14:textId="77777777" w:rsidR="009F2232" w:rsidRDefault="00572728">
      <w:pPr>
        <w:pStyle w:val="ListBullet"/>
      </w:pPr>
      <w:r>
        <w:t>Positive and respectful attitude towards disabled and neurodivergent people.</w:t>
      </w:r>
    </w:p>
    <w:p w14:paraId="075E416C" w14:textId="77777777" w:rsidR="009F2232" w:rsidRDefault="00572728">
      <w:pPr>
        <w:pStyle w:val="Heading1"/>
      </w:pPr>
      <w:r>
        <w:t>Preferred</w:t>
      </w:r>
    </w:p>
    <w:p w14:paraId="46007C43" w14:textId="77777777" w:rsidR="009F2232" w:rsidRDefault="00572728">
      <w:pPr>
        <w:pStyle w:val="ListBullet"/>
      </w:pPr>
      <w:r>
        <w:t>Knowledge or experience of visual impairment.</w:t>
      </w:r>
    </w:p>
    <w:p w14:paraId="1BAC00BE" w14:textId="77777777" w:rsidR="009F2232" w:rsidRDefault="00572728">
      <w:pPr>
        <w:pStyle w:val="ListBullet"/>
      </w:pPr>
      <w:r>
        <w:t>Understanding of autism and ADHD.</w:t>
      </w:r>
    </w:p>
    <w:p w14:paraId="30A529CE" w14:textId="77777777" w:rsidR="009F2232" w:rsidRDefault="00572728">
      <w:pPr>
        <w:pStyle w:val="ListBullet"/>
      </w:pPr>
      <w:r>
        <w:t>Previous experience of personal assistance, support work or a similar role, although this is not essential.</w:t>
      </w:r>
    </w:p>
    <w:p w14:paraId="4B4180D4" w14:textId="77777777" w:rsidR="009F2232" w:rsidRDefault="00572728">
      <w:pPr>
        <w:pStyle w:val="Heading1"/>
      </w:pPr>
      <w:r>
        <w:t>Important Information</w:t>
      </w:r>
    </w:p>
    <w:p w14:paraId="2AF81950" w14:textId="77777777" w:rsidR="009F2232" w:rsidRDefault="00572728">
      <w:r>
        <w:t>This post is exempt under the Equality Act 2010, Schedule 9, paragraphs 1–4, and female applicants are therefore sought for this role.</w:t>
      </w:r>
    </w:p>
    <w:p w14:paraId="0AEFD2CE" w14:textId="77777777" w:rsidR="009F2232" w:rsidRDefault="00572728">
      <w:r>
        <w:t>The position is subject to satisfactory references and an enhanced DBS criminal record check.</w:t>
      </w:r>
    </w:p>
    <w:p w14:paraId="2D76D9EA" w14:textId="77777777" w:rsidR="009F2232" w:rsidRDefault="00572728">
      <w:r>
        <w:t>At the time of starting employment, the successful candidate must have permission to work in the UK.</w:t>
      </w:r>
    </w:p>
    <w:p w14:paraId="4392BEDF" w14:textId="77777777" w:rsidR="009F2232" w:rsidRDefault="00572728">
      <w:r>
        <w:t>The vacancy may close as soon as a suitable candidate is appointed.</w:t>
      </w:r>
    </w:p>
    <w:sectPr w:rsidR="009F2232"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37629000">
    <w:abstractNumId w:val="8"/>
  </w:num>
  <w:num w:numId="2" w16cid:durableId="1355573869">
    <w:abstractNumId w:val="6"/>
  </w:num>
  <w:num w:numId="3" w16cid:durableId="1219634138">
    <w:abstractNumId w:val="5"/>
  </w:num>
  <w:num w:numId="4" w16cid:durableId="1809859207">
    <w:abstractNumId w:val="4"/>
  </w:num>
  <w:num w:numId="5" w16cid:durableId="827281016">
    <w:abstractNumId w:val="7"/>
  </w:num>
  <w:num w:numId="6" w16cid:durableId="605694187">
    <w:abstractNumId w:val="3"/>
  </w:num>
  <w:num w:numId="7" w16cid:durableId="1911693533">
    <w:abstractNumId w:val="2"/>
  </w:num>
  <w:num w:numId="8" w16cid:durableId="1049569041">
    <w:abstractNumId w:val="1"/>
  </w:num>
  <w:num w:numId="9" w16cid:durableId="1181431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72728"/>
    <w:rsid w:val="009F2232"/>
    <w:rsid w:val="00A56B0B"/>
    <w:rsid w:val="00A64D55"/>
    <w:rsid w:val="00AA1D8D"/>
    <w:rsid w:val="00B47730"/>
    <w:rsid w:val="00BE355C"/>
    <w:rsid w:val="00CB0664"/>
    <w:rsid w:val="00EE0AA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2CAA98"/>
  <w14:defaultImageDpi w14:val="300"/>
  <w15:docId w15:val="{B26295CE-7360-4E09-9BBD-2F2C40EE1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2439</Words>
  <Characters>13905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16312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Sophie Blake</cp:lastModifiedBy>
  <cp:revision>3</cp:revision>
  <dcterms:created xsi:type="dcterms:W3CDTF">2026-09-16T09:41:00Z</dcterms:created>
  <dcterms:modified xsi:type="dcterms:W3CDTF">2026-09-16T09:53:00Z</dcterms:modified>
  <cp:category/>
</cp:coreProperties>
</file>